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B972" w14:textId="77777777" w:rsidR="00924544" w:rsidRDefault="00924544">
      <w:pPr>
        <w:jc w:val="right"/>
      </w:pPr>
    </w:p>
    <w:p w14:paraId="79230ADF" w14:textId="1A2E3D55" w:rsidR="00C86A7E" w:rsidRDefault="0076428C">
      <w:pPr>
        <w:jc w:val="right"/>
      </w:pPr>
      <w:proofErr w:type="spellStart"/>
      <w:r>
        <w:t>令和</w:t>
      </w:r>
      <w:proofErr w:type="spellEnd"/>
      <w:r w:rsidR="008B3799">
        <w:rPr>
          <w:rFonts w:hint="eastAsia"/>
          <w:lang w:eastAsia="ja-JP"/>
        </w:rPr>
        <w:t xml:space="preserve">　　</w:t>
      </w:r>
      <w:r>
        <w:t>年</w:t>
      </w:r>
      <w:r w:rsidR="00983029">
        <w:rPr>
          <w:rFonts w:hint="eastAsia"/>
          <w:lang w:eastAsia="ja-JP"/>
        </w:rPr>
        <w:t xml:space="preserve">　</w:t>
      </w:r>
      <w:r>
        <w:t>月</w:t>
      </w:r>
      <w:r w:rsidR="00983029">
        <w:rPr>
          <w:rFonts w:hint="eastAsia"/>
          <w:lang w:eastAsia="ja-JP"/>
        </w:rPr>
        <w:t xml:space="preserve">　</w:t>
      </w:r>
      <w:r>
        <w:t>日</w:t>
      </w:r>
    </w:p>
    <w:p w14:paraId="506507BE" w14:textId="713B5981" w:rsidR="00C86A7E" w:rsidRDefault="00C86A7E"/>
    <w:p w14:paraId="4EE6F23E" w14:textId="46B75FC8" w:rsidR="00C86A7E" w:rsidRDefault="0076428C">
      <w:proofErr w:type="spellStart"/>
      <w:r>
        <w:t>静岡県知事</w:t>
      </w:r>
      <w:proofErr w:type="spellEnd"/>
      <w:r>
        <w:t xml:space="preserve">　</w:t>
      </w:r>
      <w:r w:rsidR="00983029">
        <w:rPr>
          <w:rFonts w:hint="eastAsia"/>
          <w:lang w:eastAsia="ja-JP"/>
        </w:rPr>
        <w:t xml:space="preserve">　　　　</w:t>
      </w:r>
      <w:r>
        <w:t xml:space="preserve"> </w:t>
      </w:r>
      <w:r w:rsidR="00924544">
        <w:rPr>
          <w:rFonts w:hint="eastAsia"/>
          <w:lang w:eastAsia="ja-JP"/>
        </w:rPr>
        <w:t xml:space="preserve">　</w:t>
      </w:r>
      <w:r>
        <w:t>様</w:t>
      </w:r>
    </w:p>
    <w:p w14:paraId="0CE815C9" w14:textId="77777777" w:rsidR="00C86A7E" w:rsidRDefault="00C86A7E"/>
    <w:p w14:paraId="1B7B4BE2" w14:textId="77777777" w:rsidR="00983029" w:rsidRDefault="00983029">
      <w:pPr>
        <w:jc w:val="right"/>
        <w:rPr>
          <w:lang w:eastAsia="ja-JP"/>
        </w:rPr>
      </w:pPr>
    </w:p>
    <w:p w14:paraId="78407011" w14:textId="74B7C450" w:rsidR="00C86A7E" w:rsidRDefault="00C86A7E">
      <w:pPr>
        <w:jc w:val="right"/>
        <w:rPr>
          <w:lang w:eastAsia="ja-JP"/>
        </w:rPr>
      </w:pPr>
    </w:p>
    <w:p w14:paraId="5B182F7D" w14:textId="1AAF5D22" w:rsidR="00C86A7E" w:rsidRDefault="00C86A7E">
      <w:pPr>
        <w:jc w:val="right"/>
      </w:pPr>
    </w:p>
    <w:p w14:paraId="49E2BD3B" w14:textId="77777777" w:rsidR="00C86A7E" w:rsidRDefault="00C86A7E"/>
    <w:p w14:paraId="1A824CB7" w14:textId="77777777" w:rsidR="00C86A7E" w:rsidRDefault="0076428C">
      <w:pPr>
        <w:jc w:val="center"/>
        <w:rPr>
          <w:lang w:eastAsia="ja-JP"/>
        </w:rPr>
      </w:pPr>
      <w:r>
        <w:rPr>
          <w:sz w:val="28"/>
          <w:lang w:eastAsia="ja-JP"/>
        </w:rPr>
        <w:t>遅　延　理　由　書</w:t>
      </w:r>
    </w:p>
    <w:p w14:paraId="13C5B883" w14:textId="77777777" w:rsidR="00C86A7E" w:rsidRDefault="00C86A7E">
      <w:pPr>
        <w:rPr>
          <w:lang w:eastAsia="ja-JP"/>
        </w:rPr>
      </w:pPr>
    </w:p>
    <w:p w14:paraId="23443DA0" w14:textId="77777777" w:rsidR="00C86A7E" w:rsidRDefault="0076428C">
      <w:pPr>
        <w:rPr>
          <w:lang w:eastAsia="ja-JP"/>
        </w:rPr>
      </w:pPr>
      <w:r>
        <w:rPr>
          <w:lang w:eastAsia="ja-JP"/>
        </w:rPr>
        <w:t>１　遅延した届出事項</w:t>
      </w:r>
    </w:p>
    <w:p w14:paraId="0BFCFA45" w14:textId="1265E44E" w:rsidR="00C86A7E" w:rsidRDefault="0076428C">
      <w:pPr>
        <w:rPr>
          <w:lang w:eastAsia="ja-JP"/>
        </w:rPr>
      </w:pPr>
      <w:r>
        <w:rPr>
          <w:lang w:eastAsia="ja-JP"/>
        </w:rPr>
        <w:t xml:space="preserve">　　</w:t>
      </w:r>
    </w:p>
    <w:p w14:paraId="0319E610" w14:textId="77777777" w:rsidR="00C86A7E" w:rsidRDefault="00C86A7E">
      <w:pPr>
        <w:rPr>
          <w:lang w:eastAsia="ja-JP"/>
        </w:rPr>
      </w:pPr>
    </w:p>
    <w:p w14:paraId="139BA1BF" w14:textId="77777777" w:rsidR="00C86A7E" w:rsidRDefault="0076428C">
      <w:pPr>
        <w:rPr>
          <w:lang w:eastAsia="ja-JP"/>
        </w:rPr>
      </w:pPr>
      <w:r>
        <w:rPr>
          <w:lang w:eastAsia="ja-JP"/>
        </w:rPr>
        <w:t>２　遅延理由</w:t>
      </w:r>
    </w:p>
    <w:p w14:paraId="5498DD20" w14:textId="38D044CE" w:rsidR="00C86A7E" w:rsidRDefault="0076428C">
      <w:pPr>
        <w:rPr>
          <w:lang w:eastAsia="ja-JP"/>
        </w:rPr>
      </w:pPr>
      <w:r>
        <w:rPr>
          <w:lang w:eastAsia="ja-JP"/>
        </w:rPr>
        <w:t xml:space="preserve">　　</w:t>
      </w:r>
    </w:p>
    <w:p w14:paraId="07680313" w14:textId="77777777" w:rsidR="00C86A7E" w:rsidRDefault="00C86A7E">
      <w:pPr>
        <w:rPr>
          <w:lang w:eastAsia="ja-JP"/>
        </w:rPr>
      </w:pPr>
    </w:p>
    <w:p w14:paraId="3C4A9957" w14:textId="77777777" w:rsidR="00C86A7E" w:rsidRDefault="0076428C">
      <w:pPr>
        <w:rPr>
          <w:lang w:eastAsia="ja-JP"/>
        </w:rPr>
      </w:pPr>
      <w:r>
        <w:rPr>
          <w:lang w:eastAsia="ja-JP"/>
        </w:rPr>
        <w:t>以上</w:t>
      </w:r>
    </w:p>
    <w:p w14:paraId="14E9633E" w14:textId="77777777" w:rsidR="00C86A7E" w:rsidRDefault="00C86A7E">
      <w:pPr>
        <w:rPr>
          <w:lang w:eastAsia="ja-JP"/>
        </w:rPr>
      </w:pPr>
    </w:p>
    <w:p w14:paraId="1D6EFC72" w14:textId="16B8503D" w:rsidR="00C86A7E" w:rsidRDefault="00C86A7E"/>
    <w:sectPr w:rsidR="00C86A7E" w:rsidSect="00034616">
      <w:headerReference w:type="default" r:id="rId8"/>
      <w:pgSz w:w="11909" w:h="16834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B8951" w14:textId="77777777" w:rsidR="00C5252D" w:rsidRDefault="00C5252D" w:rsidP="00C5252D">
      <w:pPr>
        <w:spacing w:after="0" w:line="240" w:lineRule="auto"/>
      </w:pPr>
      <w:r>
        <w:separator/>
      </w:r>
    </w:p>
  </w:endnote>
  <w:endnote w:type="continuationSeparator" w:id="0">
    <w:p w14:paraId="7B86770E" w14:textId="77777777" w:rsidR="00C5252D" w:rsidRDefault="00C5252D" w:rsidP="00C5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E571F" w14:textId="77777777" w:rsidR="00C5252D" w:rsidRDefault="00C5252D" w:rsidP="00C5252D">
      <w:pPr>
        <w:spacing w:after="0" w:line="240" w:lineRule="auto"/>
      </w:pPr>
      <w:r>
        <w:separator/>
      </w:r>
    </w:p>
  </w:footnote>
  <w:footnote w:type="continuationSeparator" w:id="0">
    <w:p w14:paraId="38865EA1" w14:textId="77777777" w:rsidR="00C5252D" w:rsidRDefault="00C5252D" w:rsidP="00C52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73214" w14:textId="37DB823B" w:rsidR="00C5252D" w:rsidRPr="00C5252D" w:rsidRDefault="00C5252D" w:rsidP="00C5252D">
    <w:pPr>
      <w:pStyle w:val="a5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4535"/>
    <w:rsid w:val="0076428C"/>
    <w:rsid w:val="008B3799"/>
    <w:rsid w:val="00924544"/>
    <w:rsid w:val="00983029"/>
    <w:rsid w:val="00AA1D8D"/>
    <w:rsid w:val="00B47730"/>
    <w:rsid w:val="00C5252D"/>
    <w:rsid w:val="00C86A7E"/>
    <w:rsid w:val="00CB0664"/>
    <w:rsid w:val="00F039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643805"/>
  <w14:defaultImageDpi w14:val="300"/>
  <w15:docId w15:val="{B032358C-6B95-4D50-86F1-46C54D08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annotation reference"/>
    <w:basedOn w:val="a2"/>
    <w:uiPriority w:val="99"/>
    <w:semiHidden/>
    <w:unhideWhenUsed/>
    <w:rsid w:val="00924544"/>
    <w:rPr>
      <w:sz w:val="18"/>
      <w:szCs w:val="18"/>
    </w:rPr>
  </w:style>
  <w:style w:type="paragraph" w:styleId="aff0">
    <w:name w:val="annotation text"/>
    <w:basedOn w:val="a1"/>
    <w:link w:val="aff1"/>
    <w:uiPriority w:val="99"/>
    <w:semiHidden/>
    <w:unhideWhenUsed/>
    <w:rsid w:val="00924544"/>
  </w:style>
  <w:style w:type="character" w:customStyle="1" w:styleId="aff1">
    <w:name w:val="コメント文字列 (文字)"/>
    <w:basedOn w:val="a2"/>
    <w:link w:val="aff0"/>
    <w:uiPriority w:val="99"/>
    <w:semiHidden/>
    <w:rsid w:val="00924544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924544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924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YSDWEB0512</cp:lastModifiedBy>
  <cp:revision>2</cp:revision>
  <cp:lastPrinted>2025-07-16T04:19:00Z</cp:lastPrinted>
  <dcterms:created xsi:type="dcterms:W3CDTF">2026-07-27T05:51:00Z</dcterms:created>
  <dcterms:modified xsi:type="dcterms:W3CDTF">2026-07-27T05:51:00Z</dcterms:modified>
  <cp:category/>
</cp:coreProperties>
</file>